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BE185D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 w:before="160"/>
              <w:jc w:val="left"/>
            </w:pPr>
            <w:r>
              <w:rPr>
                <w:rFonts w:ascii="Calibri" w:hAnsi="Calibri" w:eastAsia="Calibri"/>
                <w:b/>
                <w:i w:val="0"/>
                <w:color w:val="FFFFFF"/>
                <w:sz w:val="44"/>
              </w:rPr>
              <w:t xml:space="preserve">  APPRECIATION LETTER</w:t>
            </w:r>
          </w:p>
          <w:p>
            <w:pPr>
              <w:spacing w:after="160"/>
            </w:pPr>
            <w:r>
              <w:rPr>
                <w:rFonts w:ascii="Calibri" w:hAnsi="Calibri" w:eastAsia="Calibri"/>
                <w:b w:val="0"/>
                <w:i/>
                <w:color w:val="DCE6F2"/>
                <w:sz w:val="21"/>
              </w:rPr>
              <w:t xml:space="preserve">  Say thank you to an employee, volunteer, teacher or partner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rPr>
          <w:trHeight w:val="80" w:hRule="atLeast"/>
        </w:trPr>
        <w:tc>
          <w:tcPr>
            <w:tcW w:type="dxa" w:w="10080"/>
            <w:shd w:val="clear" w:color="auto" w:fill="F2B134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  <w:r>
              <w:rPr>
                <w:rFonts w:ascii="Calibri" w:hAnsi="Calibri" w:eastAsia="Calibri"/>
                <w:b w:val="0"/>
                <w:i w:val="0"/>
                <w:sz w:val="4"/>
              </w:rPr>
              <w:t xml:space="preserve"> </w:t>
            </w:r>
          </w:p>
        </w:tc>
      </w:tr>
    </w:tbl>
    <w:p>
      <w:pPr>
        <w:spacing w:after="40" w:before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D1DA"/>
          <w:left w:val="single" w:sz="4" w:color="C9D1DA"/>
          <w:bottom w:val="single" w:sz="4" w:color="C9D1DA"/>
          <w:right w:val="single" w:sz="4" w:color="C9D1DA"/>
          <w:insideH w:val="single" w:sz="4" w:color="C9D1DA"/>
          <w:insideV w:val="single" w:sz="4" w:color="C9D1DA"/>
        </w:tblBorders>
      </w:tblPr>
      <w:tblGrid>
        <w:gridCol w:w="2520"/>
        <w:gridCol w:w="2520"/>
        <w:gridCol w:w="2520"/>
        <w:gridCol w:w="2520"/>
      </w:tblGrid>
      <w:tr>
        <w:trPr>
          <w:trHeight w:val="380" w:hRule="atLeast"/>
          <w:trHeight w:val="380" w:hRule="atLeast"/>
        </w:trPr>
        <w:tc>
          <w:tcPr>
            <w:tcW w:type="dxa" w:w="1800"/>
            <w:shd w:val="clear" w:color="auto" w:fill="F8E7EE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BE185D"/>
                <w:sz w:val="19"/>
              </w:rPr>
              <w:t>Your name</w:t>
            </w:r>
          </w:p>
        </w:tc>
        <w:tc>
          <w:tcPr>
            <w:tcW w:type="dxa" w:w="3240"/>
          </w:tcPr>
          <w:p>
            <w:pPr>
              <w:spacing w:after="0"/>
            </w:pPr>
          </w:p>
        </w:tc>
        <w:tc>
          <w:tcPr>
            <w:tcW w:type="dxa" w:w="1800"/>
            <w:shd w:val="clear" w:color="auto" w:fill="F8E7EE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BE185D"/>
                <w:sz w:val="19"/>
              </w:rPr>
              <w:t>Job title / company</w:t>
            </w:r>
          </w:p>
        </w:tc>
        <w:tc>
          <w:tcPr>
            <w:tcW w:type="dxa" w:w="3240"/>
          </w:tcPr>
          <w:p>
            <w:pPr>
              <w:spacing w:after="0"/>
            </w:pPr>
          </w:p>
        </w:tc>
      </w:tr>
      <w:tr>
        <w:trPr>
          <w:trHeight w:val="380" w:hRule="atLeast"/>
          <w:trHeight w:val="380" w:hRule="atLeast"/>
        </w:trPr>
        <w:tc>
          <w:tcPr>
            <w:tcW w:type="dxa" w:w="1800"/>
            <w:shd w:val="clear" w:color="auto" w:fill="F8E7EE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BE185D"/>
                <w:sz w:val="19"/>
              </w:rPr>
              <w:t>Street address</w:t>
            </w:r>
          </w:p>
        </w:tc>
        <w:tc>
          <w:tcPr>
            <w:tcW w:type="dxa" w:w="3240"/>
          </w:tcPr>
          <w:p>
            <w:pPr>
              <w:spacing w:after="0"/>
            </w:pPr>
          </w:p>
        </w:tc>
        <w:tc>
          <w:tcPr>
            <w:tcW w:type="dxa" w:w="1800"/>
            <w:shd w:val="clear" w:color="auto" w:fill="F8E7EE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BE185D"/>
                <w:sz w:val="19"/>
              </w:rPr>
              <w:t>City, state, ZIP</w:t>
            </w:r>
          </w:p>
        </w:tc>
        <w:tc>
          <w:tcPr>
            <w:tcW w:type="dxa" w:w="3240"/>
          </w:tcPr>
          <w:p>
            <w:pPr>
              <w:spacing w:after="0"/>
            </w:pPr>
          </w:p>
        </w:tc>
      </w:tr>
      <w:tr>
        <w:trPr>
          <w:trHeight w:val="380" w:hRule="atLeast"/>
          <w:trHeight w:val="380" w:hRule="atLeast"/>
        </w:trPr>
        <w:tc>
          <w:tcPr>
            <w:tcW w:type="dxa" w:w="1800"/>
            <w:shd w:val="clear" w:color="auto" w:fill="F8E7EE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BE185D"/>
                <w:sz w:val="19"/>
              </w:rPr>
              <w:t>Phone</w:t>
            </w:r>
          </w:p>
        </w:tc>
        <w:tc>
          <w:tcPr>
            <w:tcW w:type="dxa" w:w="3240"/>
          </w:tcPr>
          <w:p>
            <w:pPr>
              <w:spacing w:after="0"/>
            </w:pPr>
          </w:p>
        </w:tc>
        <w:tc>
          <w:tcPr>
            <w:tcW w:type="dxa" w:w="1800"/>
            <w:shd w:val="clear" w:color="auto" w:fill="F8E7EE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BE185D"/>
                <w:sz w:val="19"/>
              </w:rPr>
              <w:t>Email</w:t>
            </w:r>
          </w:p>
        </w:tc>
        <w:tc>
          <w:tcPr>
            <w:tcW w:type="dxa" w:w="3240"/>
          </w:tcPr>
          <w:p>
            <w:pPr>
              <w:spacing w:after="0"/>
            </w:pPr>
          </w:p>
        </w:tc>
      </w:tr>
    </w:tbl>
    <w:p>
      <w:pPr>
        <w:spacing w:after="40" w:before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D1DA"/>
          <w:left w:val="single" w:sz="4" w:color="C9D1DA"/>
          <w:bottom w:val="single" w:sz="4" w:color="C9D1DA"/>
          <w:right w:val="single" w:sz="4" w:color="C9D1DA"/>
          <w:insideH w:val="single" w:sz="4" w:color="C9D1DA"/>
          <w:insideV w:val="single" w:sz="4" w:color="C9D1DA"/>
        </w:tblBorders>
      </w:tblPr>
      <w:tblGrid>
        <w:gridCol w:w="2520"/>
        <w:gridCol w:w="2520"/>
        <w:gridCol w:w="2520"/>
        <w:gridCol w:w="2520"/>
      </w:tblGrid>
      <w:tr>
        <w:trPr>
          <w:trHeight w:val="380" w:hRule="atLeast"/>
          <w:trHeight w:val="380" w:hRule="atLeast"/>
        </w:trPr>
        <w:tc>
          <w:tcPr>
            <w:tcW w:type="dxa" w:w="1800"/>
            <w:shd w:val="clear" w:color="auto" w:fill="F8E7EE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BE185D"/>
                <w:sz w:val="19"/>
              </w:rPr>
              <w:t>Date</w:t>
            </w:r>
          </w:p>
        </w:tc>
        <w:tc>
          <w:tcPr>
            <w:tcW w:type="dxa" w:w="3240"/>
          </w:tcPr>
          <w:p>
            <w:pPr>
              <w:spacing w:after="0"/>
            </w:pPr>
          </w:p>
        </w:tc>
        <w:tc>
          <w:tcPr>
            <w:tcW w:type="dxa" w:w="1800"/>
            <w:shd w:val="clear" w:color="auto" w:fill="F8E7EE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BE185D"/>
                <w:sz w:val="19"/>
              </w:rPr>
              <w:t>Recipient name</w:t>
            </w:r>
          </w:p>
        </w:tc>
        <w:tc>
          <w:tcPr>
            <w:tcW w:type="dxa" w:w="3240"/>
          </w:tcPr>
          <w:p>
            <w:pPr>
              <w:spacing w:after="0"/>
            </w:pPr>
          </w:p>
        </w:tc>
      </w:tr>
      <w:tr>
        <w:trPr>
          <w:trHeight w:val="380" w:hRule="atLeast"/>
          <w:trHeight w:val="380" w:hRule="atLeast"/>
        </w:trPr>
        <w:tc>
          <w:tcPr>
            <w:tcW w:type="dxa" w:w="1800"/>
            <w:shd w:val="clear" w:color="auto" w:fill="F8E7EE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BE185D"/>
                <w:sz w:val="19"/>
              </w:rPr>
              <w:t>Title / company</w:t>
            </w:r>
          </w:p>
        </w:tc>
        <w:tc>
          <w:tcPr>
            <w:tcW w:type="dxa" w:w="3240"/>
          </w:tcPr>
          <w:p>
            <w:pPr>
              <w:spacing w:after="0"/>
            </w:pPr>
          </w:p>
        </w:tc>
        <w:tc>
          <w:tcPr>
            <w:tcW w:type="dxa" w:w="1800"/>
            <w:shd w:val="clear" w:color="auto" w:fill="F8E7EE"/>
          </w:tcPr>
          <w:p>
            <w:pPr>
              <w:spacing w:after="0"/>
            </w:pPr>
            <w:r>
              <w:rPr>
                <w:rFonts w:ascii="Calibri" w:hAnsi="Calibri" w:eastAsia="Calibri"/>
                <w:b/>
                <w:i w:val="0"/>
                <w:color w:val="BE185D"/>
                <w:sz w:val="19"/>
              </w:rPr>
              <w:t>Recipient address</w:t>
            </w:r>
          </w:p>
        </w:tc>
        <w:tc>
          <w:tcPr>
            <w:tcW w:type="dxa" w:w="3240"/>
          </w:tcPr>
          <w:p>
            <w:pPr>
              <w:spacing w:after="0"/>
            </w:pPr>
          </w:p>
        </w:tc>
      </w:tr>
    </w:tbl>
    <w:p>
      <w:pPr>
        <w:spacing w:after="40" w:before="0"/>
      </w:pPr>
    </w:p>
    <w:p>
      <w:pPr>
        <w:spacing w:after="80" w:before="80"/>
      </w:pPr>
      <w:r>
        <w:rPr>
          <w:rFonts w:ascii="Calibri" w:hAnsi="Calibri" w:eastAsia="Calibri"/>
          <w:b/>
          <w:i w:val="0"/>
          <w:color w:val="BE185D"/>
          <w:sz w:val="23"/>
        </w:rPr>
        <w:t>Subject:  Thank you for your outstanding contribution</w:t>
      </w:r>
    </w:p>
    <w:p>
      <w:pPr>
        <w:spacing w:after="120" w:before="0"/>
      </w:pPr>
      <w:r>
        <w:rPr>
          <w:rFonts w:ascii="Calibri" w:hAnsi="Calibri" w:eastAsia="Calibri"/>
          <w:b w:val="0"/>
          <w:i w:val="0"/>
          <w:sz w:val="21"/>
        </w:rPr>
        <w:t>Dear [Recipient name],</w:t>
      </w:r>
    </w:p>
    <w:p>
      <w:pPr>
        <w:spacing w:after="140" w:before="0"/>
      </w:pPr>
      <w:r>
        <w:rPr>
          <w:rFonts w:ascii="Calibri" w:hAnsi="Calibri" w:eastAsia="Calibri"/>
          <w:b w:val="0"/>
          <w:i w:val="0"/>
          <w:sz w:val="22"/>
        </w:rPr>
        <w:t>I want to take a moment to sincerely thank you for [specific contribution or event]. Your [effort / dedication / expertise] made a real difference to [team / project / organization].</w:t>
      </w:r>
    </w:p>
    <w:p>
      <w:pPr>
        <w:spacing w:after="140" w:before="0"/>
      </w:pPr>
      <w:r>
        <w:rPr>
          <w:rFonts w:ascii="Calibri" w:hAnsi="Calibri" w:eastAsia="Calibri"/>
          <w:b w:val="0"/>
          <w:i w:val="0"/>
          <w:sz w:val="22"/>
        </w:rPr>
        <w:t>Your [quality 1] and [quality 2] were especially valued when [specific example]. As a result, [positive outcome].</w:t>
      </w:r>
    </w:p>
    <w:p>
      <w:pPr>
        <w:spacing w:after="140" w:before="0"/>
      </w:pPr>
      <w:r>
        <w:rPr>
          <w:rFonts w:ascii="Calibri" w:hAnsi="Calibri" w:eastAsia="Calibri"/>
          <w:b w:val="0"/>
          <w:i w:val="0"/>
          <w:sz w:val="22"/>
        </w:rPr>
        <w:t>We are fortunate to have you and appreciate everything you do. Please accept this letter as a small token of our gratitude.</w:t>
      </w:r>
    </w:p>
    <w:p>
      <w:pPr>
        <w:spacing w:after="520" w:before="80"/>
      </w:pPr>
      <w:r>
        <w:rPr>
          <w:rFonts w:ascii="Calibri" w:hAnsi="Calibri" w:eastAsia="Calibri"/>
          <w:b w:val="0"/>
          <w:i w:val="0"/>
          <w:sz w:val="22"/>
        </w:rPr>
        <w:t>With heartfelt thanks,</w:t>
      </w:r>
    </w:p>
    <w:p>
      <w:pPr>
        <w:spacing w:after="0" w:before="0"/>
      </w:pPr>
      <w:r>
        <w:rPr>
          <w:rFonts w:ascii="Calibri" w:hAnsi="Calibri" w:eastAsia="Calibri"/>
          <w:b/>
          <w:i w:val="0"/>
          <w:sz w:val="22"/>
        </w:rPr>
        <w:t>[Your signature]</w:t>
      </w:r>
    </w:p>
    <w:p>
      <w:pPr>
        <w:spacing w:after="120" w:before="0"/>
      </w:pPr>
      <w:r>
        <w:rPr>
          <w:rFonts w:ascii="Calibri" w:hAnsi="Calibri" w:eastAsia="Calibri"/>
          <w:b w:val="0"/>
          <w:i w:val="0"/>
          <w:color w:val="555555"/>
          <w:sz w:val="21"/>
        </w:rPr>
        <w:t>[Your printed name]  |  [Title]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F8E7EE"/>
            <w:tcBorders>
              <w:top w:val="nil"/>
              <w:left w:val="single" w:sz="24" w:color="BE185D"/>
              <w:bottom w:val="nil"/>
              <w:right w:val="nil"/>
            </w:tcBorders>
          </w:tcPr>
          <w:p>
            <w:pPr>
              <w:spacing w:after="40"/>
            </w:pPr>
            <w:r>
              <w:rPr>
                <w:rFonts w:ascii="Calibri" w:hAnsi="Calibri" w:eastAsia="Calibri"/>
                <w:b w:val="0"/>
                <w:i/>
                <w:color w:val="44505E"/>
                <w:sz w:val="19"/>
              </w:rPr>
              <w:t>Tips: A specific example makes appreciation feel genuine. Send promptly and sign by hand.</w:t>
            </w:r>
          </w:p>
        </w:tc>
      </w:tr>
    </w:tbl>
    <w:p>
      <w:pPr>
        <w:spacing w:after="40" w:before="0"/>
      </w:pPr>
    </w:p>
    <w:sectPr w:rsidR="00FC693F" w:rsidRPr="0006063C" w:rsidSect="00034616">
      <w:footerReference w:type="default" r:id="rId9"/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color w:val="7A8794"/>
        <w:sz w:val="16"/>
      </w:rPr>
      <w:t>Free to use and edit  •  www.freesampletemplates.com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Appreciation Letter</dc:title>
  <dc:subject/>
  <dc:creator>Free 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