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0F766E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160"/>
              <w:jc w:val="left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 xml:space="preserve">  BUSINESS INTRODUCTION EMAIL</w:t>
            </w:r>
          </w:p>
          <w:p>
            <w:pPr>
              <w:spacing w:after="160"/>
            </w:pPr>
            <w:r>
              <w:rPr>
                <w:rFonts w:ascii="Calibri" w:hAnsi="Calibri" w:eastAsia="Calibri"/>
                <w:b w:val="0"/>
                <w:i/>
                <w:color w:val="DCE6F2"/>
                <w:sz w:val="21"/>
              </w:rPr>
              <w:t xml:space="preserve">  Copy-paste emails for first contact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80" w:hRule="atLeast"/>
        </w:trPr>
        <w:tc>
          <w:tcPr>
            <w:tcW w:type="dxa" w:w="10080"/>
            <w:shd w:val="clear" w:color="auto" w:fill="F2B13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sz w:val="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after="80" w:before="160"/>
        <w:keepNext/>
        <w:pBdr>
          <w:bottom w:val="single" w:sz="8" w:space="1" w:color="0F766E"/>
        </w:pBdr>
      </w:pPr>
      <w:r>
        <w:rPr>
          <w:rFonts w:ascii="Calibri" w:hAnsi="Calibri" w:eastAsia="Calibri"/>
          <w:b/>
          <w:i w:val="0"/>
          <w:color w:val="0F766E"/>
          <w:sz w:val="23"/>
        </w:rPr>
        <w:t>SUBJECT LINE OPTIONS</w:t>
      </w:r>
    </w:p>
    <w:p>
      <w:pPr>
        <w:spacing w:after="40" w:before="0"/>
        <w:ind w:left="360" w:hanging="288"/>
      </w:pPr>
      <w:r>
        <w:rPr>
          <w:rFonts w:ascii="Calibri" w:hAnsi="Calibri" w:eastAsia="Calibri"/>
          <w:b/>
          <w:i w:val="0"/>
          <w:color w:val="0F766E"/>
          <w:sz w:val="21"/>
        </w:rPr>
        <w:t xml:space="preserve">•  </w:t>
      </w:r>
      <w:r>
        <w:rPr>
          <w:rFonts w:ascii="Calibri" w:hAnsi="Calibri" w:eastAsia="Calibri"/>
          <w:b w:val="0"/>
          <w:i w:val="0"/>
          <w:sz w:val="21"/>
        </w:rPr>
        <w:t>Introduction: [Your name] from [Company]</w:t>
      </w:r>
    </w:p>
    <w:p>
      <w:pPr>
        <w:spacing w:after="40" w:before="0"/>
        <w:ind w:left="360" w:hanging="288"/>
      </w:pPr>
      <w:r>
        <w:rPr>
          <w:rFonts w:ascii="Calibri" w:hAnsi="Calibri" w:eastAsia="Calibri"/>
          <w:b/>
          <w:i w:val="0"/>
          <w:color w:val="0F766E"/>
          <w:sz w:val="21"/>
        </w:rPr>
        <w:t xml:space="preserve">•  </w:t>
      </w:r>
      <w:r>
        <w:rPr>
          <w:rFonts w:ascii="Calibri" w:hAnsi="Calibri" w:eastAsia="Calibri"/>
          <w:b w:val="0"/>
          <w:i w:val="0"/>
          <w:sz w:val="21"/>
        </w:rPr>
        <w:t>Quick idea for [Their company]</w:t>
      </w:r>
    </w:p>
    <w:p>
      <w:pPr>
        <w:spacing w:after="40" w:before="0"/>
        <w:ind w:left="360" w:hanging="288"/>
      </w:pPr>
      <w:r>
        <w:rPr>
          <w:rFonts w:ascii="Calibri" w:hAnsi="Calibri" w:eastAsia="Calibri"/>
          <w:b/>
          <w:i w:val="0"/>
          <w:color w:val="0F766E"/>
          <w:sz w:val="21"/>
        </w:rPr>
        <w:t xml:space="preserve">•  </w:t>
      </w:r>
      <w:r>
        <w:rPr>
          <w:rFonts w:ascii="Calibri" w:hAnsi="Calibri" w:eastAsia="Calibri"/>
          <w:b w:val="0"/>
          <w:i w:val="0"/>
          <w:sz w:val="21"/>
        </w:rPr>
        <w:t>Referred by [Mutual contact]</w:t>
      </w:r>
    </w:p>
    <w:p>
      <w:pPr>
        <w:spacing w:after="80" w:before="160"/>
        <w:keepNext/>
        <w:pBdr>
          <w:bottom w:val="single" w:sz="8" w:space="1" w:color="0F766E"/>
        </w:pBdr>
      </w:pPr>
      <w:r>
        <w:rPr>
          <w:rFonts w:ascii="Calibri" w:hAnsi="Calibri" w:eastAsia="Calibri"/>
          <w:b/>
          <w:i w:val="0"/>
          <w:color w:val="0F766E"/>
          <w:sz w:val="23"/>
        </w:rPr>
        <w:t>VERSION 1: COLD INTRODUCTION</w:t>
      </w:r>
    </w:p>
    <w:p>
      <w:pPr>
        <w:spacing w:after="100" w:before="0"/>
      </w:pPr>
      <w:r>
        <w:rPr>
          <w:rFonts w:ascii="Calibri" w:hAnsi="Calibri" w:eastAsia="Calibri"/>
          <w:b w:val="0"/>
          <w:i w:val="0"/>
          <w:sz w:val="21"/>
        </w:rPr>
        <w:t>Hi [Name],</w:t>
      </w:r>
    </w:p>
    <w:p>
      <w:pPr>
        <w:spacing w:after="100" w:before="0"/>
      </w:pPr>
      <w:r>
        <w:rPr>
          <w:rFonts w:ascii="Calibri" w:hAnsi="Calibri" w:eastAsia="Calibri"/>
          <w:b w:val="0"/>
          <w:i w:val="0"/>
          <w:sz w:val="21"/>
        </w:rPr>
        <w:t>I am [Your name], [title] at [Company]. We help [audience] to [benefit]. I noticed that [specific observation about their business].</w:t>
      </w:r>
    </w:p>
    <w:p>
      <w:pPr>
        <w:spacing w:after="100" w:before="0"/>
      </w:pPr>
      <w:r>
        <w:rPr>
          <w:rFonts w:ascii="Calibri" w:hAnsi="Calibri" w:eastAsia="Calibri"/>
          <w:b w:val="0"/>
          <w:i w:val="0"/>
          <w:sz w:val="21"/>
        </w:rPr>
        <w:t>Would you be open to a 15-minute call on [day / time]?</w:t>
      </w:r>
    </w:p>
    <w:p>
      <w:pPr>
        <w:spacing w:after="100" w:before="0"/>
      </w:pPr>
      <w:r>
        <w:rPr>
          <w:rFonts w:ascii="Calibri" w:hAnsi="Calibri" w:eastAsia="Calibri"/>
          <w:b w:val="0"/>
          <w:i w:val="0"/>
          <w:sz w:val="21"/>
        </w:rPr>
        <w:t>Best regards,</w:t>
        <w:br/>
        <w:t>[Name]  |  [Phone]  |  [Website]</w:t>
      </w:r>
    </w:p>
    <w:p>
      <w:pPr>
        <w:spacing w:after="80" w:before="160"/>
        <w:keepNext/>
        <w:pBdr>
          <w:bottom w:val="single" w:sz="8" w:space="1" w:color="0F766E"/>
        </w:pBdr>
      </w:pPr>
      <w:r>
        <w:rPr>
          <w:rFonts w:ascii="Calibri" w:hAnsi="Calibri" w:eastAsia="Calibri"/>
          <w:b/>
          <w:i w:val="0"/>
          <w:color w:val="0F766E"/>
          <w:sz w:val="23"/>
        </w:rPr>
        <w:t>VERSION 2: REFERRAL INTRODUCTION</w:t>
      </w:r>
    </w:p>
    <w:p>
      <w:pPr>
        <w:spacing w:after="100" w:before="0"/>
      </w:pPr>
      <w:r>
        <w:rPr>
          <w:rFonts w:ascii="Calibri" w:hAnsi="Calibri" w:eastAsia="Calibri"/>
          <w:b w:val="0"/>
          <w:i w:val="0"/>
          <w:sz w:val="21"/>
        </w:rPr>
        <w:t>Hello [Name],</w:t>
      </w:r>
    </w:p>
    <w:p>
      <w:pPr>
        <w:spacing w:after="100" w:before="0"/>
      </w:pPr>
      <w:r>
        <w:rPr>
          <w:rFonts w:ascii="Calibri" w:hAnsi="Calibri" w:eastAsia="Calibri"/>
          <w:b w:val="0"/>
          <w:i w:val="0"/>
          <w:sz w:val="21"/>
        </w:rPr>
        <w:t>[Mutual contact] suggested I get in touch. We recently helped [client] achieve [result], and I thought it could be relevant for you.</w:t>
      </w:r>
    </w:p>
    <w:p>
      <w:pPr>
        <w:spacing w:after="100" w:before="0"/>
      </w:pPr>
      <w:r>
        <w:rPr>
          <w:rFonts w:ascii="Calibri" w:hAnsi="Calibri" w:eastAsia="Calibri"/>
          <w:b w:val="0"/>
          <w:i w:val="0"/>
          <w:sz w:val="21"/>
        </w:rPr>
        <w:t>May I send a short overview?</w:t>
      </w:r>
    </w:p>
    <w:p>
      <w:pPr>
        <w:spacing w:after="100" w:before="0"/>
      </w:pPr>
      <w:r>
        <w:rPr>
          <w:rFonts w:ascii="Calibri" w:hAnsi="Calibri" w:eastAsia="Calibri"/>
          <w:b w:val="0"/>
          <w:i w:val="0"/>
          <w:sz w:val="21"/>
        </w:rPr>
        <w:t>Thank you,</w:t>
        <w:br/>
        <w:t>[Name]</w:t>
      </w:r>
    </w:p>
    <w:p>
      <w:pPr>
        <w:spacing w:after="80" w:before="160"/>
        <w:keepNext/>
        <w:pBdr>
          <w:bottom w:val="single" w:sz="8" w:space="1" w:color="0F766E"/>
        </w:pBdr>
      </w:pPr>
      <w:r>
        <w:rPr>
          <w:rFonts w:ascii="Calibri" w:hAnsi="Calibri" w:eastAsia="Calibri"/>
          <w:b/>
          <w:i w:val="0"/>
          <w:color w:val="0F766E"/>
          <w:sz w:val="23"/>
        </w:rPr>
        <w:t>BEFORE YOU SEND</w:t>
      </w:r>
    </w:p>
    <w:p>
      <w:pPr>
        <w:spacing w:after="40" w:before="0"/>
        <w:ind w:left="360" w:hanging="288"/>
      </w:pPr>
      <w:r>
        <w:rPr>
          <w:rFonts w:ascii="Calibri" w:hAnsi="Calibri" w:eastAsia="Calibri"/>
          <w:b/>
          <w:i w:val="0"/>
          <w:color w:val="0F766E"/>
          <w:sz w:val="21"/>
        </w:rPr>
        <w:t xml:space="preserve">☐  </w:t>
      </w:r>
      <w:r>
        <w:rPr>
          <w:rFonts w:ascii="Calibri" w:hAnsi="Calibri" w:eastAsia="Calibri"/>
          <w:b w:val="0"/>
          <w:i w:val="0"/>
          <w:sz w:val="21"/>
        </w:rPr>
        <w:t>Subject line is under 60 characters</w:t>
      </w:r>
    </w:p>
    <w:p>
      <w:pPr>
        <w:spacing w:after="40" w:before="0"/>
        <w:ind w:left="360" w:hanging="288"/>
      </w:pPr>
      <w:r>
        <w:rPr>
          <w:rFonts w:ascii="Calibri" w:hAnsi="Calibri" w:eastAsia="Calibri"/>
          <w:b/>
          <w:i w:val="0"/>
          <w:color w:val="0F766E"/>
          <w:sz w:val="21"/>
        </w:rPr>
        <w:t xml:space="preserve">☐  </w:t>
      </w:r>
      <w:r>
        <w:rPr>
          <w:rFonts w:ascii="Calibri" w:hAnsi="Calibri" w:eastAsia="Calibri"/>
          <w:b w:val="0"/>
          <w:i w:val="0"/>
          <w:sz w:val="21"/>
        </w:rPr>
        <w:t>Personalize the first line</w:t>
      </w:r>
    </w:p>
    <w:p>
      <w:pPr>
        <w:spacing w:after="40" w:before="0"/>
        <w:ind w:left="360" w:hanging="288"/>
      </w:pPr>
      <w:r>
        <w:rPr>
          <w:rFonts w:ascii="Calibri" w:hAnsi="Calibri" w:eastAsia="Calibri"/>
          <w:b/>
          <w:i w:val="0"/>
          <w:color w:val="0F766E"/>
          <w:sz w:val="21"/>
        </w:rPr>
        <w:t xml:space="preserve">☐  </w:t>
      </w:r>
      <w:r>
        <w:rPr>
          <w:rFonts w:ascii="Calibri" w:hAnsi="Calibri" w:eastAsia="Calibri"/>
          <w:b w:val="0"/>
          <w:i w:val="0"/>
          <w:sz w:val="21"/>
        </w:rPr>
        <w:t>One clear call to action</w:t>
      </w:r>
    </w:p>
    <w:p>
      <w:pPr>
        <w:spacing w:after="40" w:before="0"/>
        <w:ind w:left="360" w:hanging="288"/>
      </w:pPr>
      <w:r>
        <w:rPr>
          <w:rFonts w:ascii="Calibri" w:hAnsi="Calibri" w:eastAsia="Calibri"/>
          <w:b/>
          <w:i w:val="0"/>
          <w:color w:val="0F766E"/>
          <w:sz w:val="21"/>
        </w:rPr>
        <w:t xml:space="preserve">☐  </w:t>
      </w:r>
      <w:r>
        <w:rPr>
          <w:rFonts w:ascii="Calibri" w:hAnsi="Calibri" w:eastAsia="Calibri"/>
          <w:b w:val="0"/>
          <w:i w:val="0"/>
          <w:sz w:val="21"/>
        </w:rPr>
        <w:t>Signature with phone and website</w:t>
      </w:r>
    </w:p>
    <w:p>
      <w:pPr>
        <w:spacing w:after="40" w:before="0"/>
        <w:ind w:left="360" w:hanging="288"/>
      </w:pPr>
      <w:r>
        <w:rPr>
          <w:rFonts w:ascii="Calibri" w:hAnsi="Calibri" w:eastAsia="Calibri"/>
          <w:b/>
          <w:i w:val="0"/>
          <w:color w:val="0F766E"/>
          <w:sz w:val="21"/>
        </w:rPr>
        <w:t xml:space="preserve">☐  </w:t>
      </w:r>
      <w:r>
        <w:rPr>
          <w:rFonts w:ascii="Calibri" w:hAnsi="Calibri" w:eastAsia="Calibri"/>
          <w:b w:val="0"/>
          <w:i w:val="0"/>
          <w:sz w:val="21"/>
        </w:rPr>
        <w:t>Proofread names and company</w:t>
      </w:r>
    </w:p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7A8794"/>
        <w:sz w:val="16"/>
      </w:rPr>
      <w:t>Free to use and edit  •  www.freesampletemplates.com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Introduction Email</dc:title>
  <dc:subject/>
  <dc:creator>Free 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