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80" w:before="0"/>
        <w:jc w:val="center"/>
      </w:pPr>
    </w:p>
    <w:p>
      <w:pPr>
        <w:spacing w:after="80" w:before="0"/>
        <w:jc w:val="center"/>
      </w:pPr>
      <w:r>
        <w:rPr>
          <w:rFonts w:ascii="Georgia" w:hAnsi="Georgia" w:eastAsia="Georgia"/>
          <w:b/>
          <w:i w:val="0"/>
          <w:color w:val="1F3A5F"/>
          <w:sz w:val="68"/>
        </w:rPr>
        <w:t>CERTIFICATE OF ACHIEVEMENT</w:t>
      </w:r>
    </w:p>
    <w:p>
      <w:pPr>
        <w:spacing w:after="200" w:before="0"/>
        <w:jc w:val="center"/>
      </w:pPr>
      <w:r>
        <w:rPr>
          <w:rFonts w:ascii="Calibri" w:hAnsi="Calibri" w:eastAsia="Calibri"/>
          <w:b w:val="0"/>
          <w:i w:val="0"/>
          <w:color w:val="C79A2B"/>
          <w:sz w:val="28"/>
        </w:rPr>
        <w:t>◆  ◆  ◆</w:t>
      </w:r>
    </w:p>
    <w:p>
      <w:pPr>
        <w:spacing w:after="280" w:before="0"/>
        <w:jc w:val="center"/>
      </w:pPr>
      <w:r>
        <w:rPr>
          <w:rFonts w:ascii="Calibri" w:hAnsi="Calibri" w:eastAsia="Calibri"/>
          <w:b w:val="0"/>
          <w:i/>
          <w:color w:val="555555"/>
          <w:sz w:val="28"/>
        </w:rPr>
        <w:t>This certificate is proudly presented to</w:t>
      </w:r>
    </w:p>
    <w:p>
      <w:pPr>
        <w:spacing w:after="0" w:before="0"/>
        <w:jc w:val="center"/>
        <w:pBdr>
          <w:bottom w:val="single" w:sz="10" w:space="1" w:color="1F3A5F"/>
        </w:pBdr>
      </w:pPr>
      <w:r>
        <w:rPr>
          <w:rFonts w:ascii="Georgia" w:hAnsi="Georgia" w:eastAsia="Georgia"/>
          <w:b/>
          <w:i w:val="0"/>
          <w:color w:val="1B1B1B"/>
          <w:sz w:val="64"/>
        </w:rPr>
        <w:t>[ Recipient Name ]</w:t>
      </w:r>
    </w:p>
    <w:p>
      <w:pPr>
        <w:spacing w:after="160" w:before="0"/>
        <w:jc w:val="center"/>
      </w:pPr>
    </w:p>
    <w:p>
      <w:pPr>
        <w:spacing w:after="80" w:before="0"/>
        <w:jc w:val="center"/>
      </w:pPr>
      <w:r>
        <w:rPr>
          <w:rFonts w:ascii="Calibri" w:hAnsi="Calibri" w:eastAsia="Calibri"/>
          <w:b w:val="0"/>
          <w:i w:val="0"/>
          <w:color w:val="444444"/>
          <w:sz w:val="26"/>
        </w:rPr>
        <w:t>in recognition of outstanding achievement, dedication and commitment</w:t>
      </w:r>
    </w:p>
    <w:p>
      <w:pPr>
        <w:spacing w:after="520" w:before="0"/>
        <w:jc w:val="center"/>
      </w:pPr>
      <w:r>
        <w:rPr>
          <w:rFonts w:ascii="Calibri" w:hAnsi="Calibri" w:eastAsia="Calibri"/>
          <w:b w:val="0"/>
          <w:i/>
          <w:color w:val="666666"/>
          <w:sz w:val="24"/>
        </w:rPr>
        <w:t>Awarded on [date]  •  [Organization name]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416"/>
        <w:gridCol w:w="4416"/>
        <w:gridCol w:w="4416"/>
      </w:tblGrid>
      <w:tr>
        <w:tc>
          <w:tcPr>
            <w:tcW w:type="dxa" w:w="4416"/>
          </w:tcPr>
          <w:p>
            <w:pPr>
              <w:jc w:val="center"/>
            </w:pPr>
            <w:r>
              <w:rPr>
                <w:rFonts w:ascii="Calibri" w:hAnsi="Calibri" w:eastAsia="Calibri"/>
                <w:b w:val="0"/>
                <w:i w:val="0"/>
                <w:color w:val="555555"/>
                <w:sz w:val="20"/>
              </w:rPr>
              <w:t>______________________________</w:t>
            </w:r>
          </w:p>
          <w:p>
            <w:pPr>
              <w:jc w:val="center"/>
            </w:pPr>
            <w:r>
              <w:rPr>
                <w:rFonts w:ascii="Calibri" w:hAnsi="Calibri" w:eastAsia="Calibri"/>
                <w:b/>
                <w:i w:val="0"/>
                <w:color w:val="1F3A5F"/>
                <w:sz w:val="20"/>
              </w:rPr>
              <w:t>Signature</w:t>
            </w:r>
          </w:p>
        </w:tc>
        <w:tc>
          <w:tcPr>
            <w:tcW w:type="dxa" w:w="4416"/>
          </w:tcPr>
          <w:p>
            <w:pPr>
              <w:jc w:val="center"/>
            </w:pPr>
            <w:r>
              <w:rPr>
                <w:rFonts w:ascii="Calibri" w:hAnsi="Calibri" w:eastAsia="Calibri"/>
                <w:b/>
                <w:i w:val="0"/>
                <w:color w:val="C79A2B"/>
                <w:sz w:val="60"/>
              </w:rPr>
              <w:t>★</w:t>
            </w:r>
          </w:p>
        </w:tc>
        <w:tc>
          <w:tcPr>
            <w:tcW w:type="dxa" w:w="4416"/>
          </w:tcPr>
          <w:p>
            <w:pPr>
              <w:jc w:val="center"/>
            </w:pPr>
            <w:r>
              <w:rPr>
                <w:rFonts w:ascii="Calibri" w:hAnsi="Calibri" w:eastAsia="Calibri"/>
                <w:b w:val="0"/>
                <w:i w:val="0"/>
                <w:color w:val="555555"/>
                <w:sz w:val="20"/>
              </w:rPr>
              <w:t>______________________________</w:t>
            </w:r>
          </w:p>
          <w:p>
            <w:pPr>
              <w:jc w:val="center"/>
            </w:pPr>
            <w:r>
              <w:rPr>
                <w:rFonts w:ascii="Calibri" w:hAnsi="Calibri" w:eastAsia="Calibri"/>
                <w:b/>
                <w:i w:val="0"/>
                <w:color w:val="1F3A5F"/>
                <w:sz w:val="20"/>
              </w:rPr>
              <w:t>Date</w:t>
            </w:r>
          </w:p>
        </w:tc>
      </w:tr>
    </w:tbl>
    <w:sectPr w:rsidR="00FC693F" w:rsidRPr="0006063C" w:rsidSect="00034616">
      <w:footerReference w:type="default" r:id="rId9"/>
      <w:pgSz w:w="15840" w:h="12240" w:orient="landscape"/>
      <w:pgMar w:top="864" w:right="1296" w:bottom="864" w:left="1296" w:header="720" w:footer="720" w:gutter="0"/>
      <w:cols w:space="720"/>
      <w:docGrid w:linePitch="360"/>
      <w:pgBorders w:offsetFrom="page">
        <w:top w:val="double" w:sz="24" w:space="24" w:color="1F3A5F"/>
        <w:left w:val="double" w:sz="24" w:space="24" w:color="1F3A5F"/>
        <w:bottom w:val="double" w:sz="24" w:space="24" w:color="1F3A5F"/>
        <w:right w:val="double" w:sz="24" w:space="24" w:color="1F3A5F"/>
      </w:pgBorder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Calibri" w:hAnsi="Calibri" w:eastAsia="Calibri"/>
        <w:b w:val="0"/>
        <w:i w:val="0"/>
        <w:color w:val="7A8794"/>
        <w:sz w:val="16"/>
      </w:rPr>
      <w:t>Free to use and edit  •  www.freesampletemplates.com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Free Sample Templates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