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0F766E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160"/>
              <w:jc w:val="left"/>
            </w:pPr>
            <w:r>
              <w:rPr>
                <w:rFonts w:ascii="Calibri" w:hAnsi="Calibri" w:eastAsia="Calibri"/>
                <w:b/>
                <w:i w:val="0"/>
                <w:color w:val="FFFFFF"/>
                <w:sz w:val="44"/>
              </w:rPr>
              <w:t xml:space="preserve">  DAILY LOG SHEET</w:t>
            </w:r>
          </w:p>
          <w:p>
            <w:pPr>
              <w:spacing w:after="160"/>
            </w:pPr>
            <w:r>
              <w:rPr>
                <w:rFonts w:ascii="Calibri" w:hAnsi="Calibri" w:eastAsia="Calibri"/>
                <w:b w:val="0"/>
                <w:i/>
                <w:color w:val="DCE6F2"/>
                <w:sz w:val="21"/>
              </w:rPr>
              <w:t xml:space="preserve">  Record time-stamped entries throughout the day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rPr>
          <w:trHeight w:val="80" w:hRule="atLeast"/>
        </w:trPr>
        <w:tc>
          <w:tcPr>
            <w:tcW w:type="dxa" w:w="10080"/>
            <w:shd w:val="clear" w:color="auto" w:fill="F2B13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sz w:val="4"/>
              </w:rPr>
              <w:t xml:space="preserve"> </w:t>
            </w:r>
          </w:p>
        </w:tc>
      </w:tr>
    </w:tbl>
    <w:p>
      <w:pPr>
        <w:spacing w:after="40" w:before="0"/>
      </w:pPr>
    </w:p>
    <w:p>
      <w:pPr>
        <w:spacing w:after="80" w:before="160"/>
        <w:keepNext/>
        <w:pBdr>
          <w:bottom w:val="single" w:sz="8" w:space="1" w:color="0F766E"/>
        </w:pBdr>
      </w:pPr>
      <w:r>
        <w:rPr>
          <w:rFonts w:ascii="Calibri" w:hAnsi="Calibri" w:eastAsia="Calibri"/>
          <w:b/>
          <w:i w:val="0"/>
          <w:color w:val="0F766E"/>
          <w:sz w:val="23"/>
        </w:rPr>
        <w:t>LOG INFORMATION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1DA"/>
          <w:left w:val="single" w:sz="4" w:color="C9D1DA"/>
          <w:bottom w:val="single" w:sz="4" w:color="C9D1DA"/>
          <w:right w:val="single" w:sz="4" w:color="C9D1DA"/>
          <w:insideH w:val="single" w:sz="4" w:color="C9D1DA"/>
          <w:insideV w:val="single" w:sz="4" w:color="C9D1DA"/>
        </w:tblBorders>
      </w:tblPr>
      <w:tblGrid>
        <w:gridCol w:w="2520"/>
        <w:gridCol w:w="2520"/>
        <w:gridCol w:w="2520"/>
        <w:gridCol w:w="2520"/>
      </w:tblGrid>
      <w:tr>
        <w:trPr>
          <w:trHeight w:val="400" w:hRule="atLeast"/>
          <w:trHeight w:val="400" w:hRule="atLeast"/>
        </w:trPr>
        <w:tc>
          <w:tcPr>
            <w:tcW w:type="dxa" w:w="1800"/>
            <w:shd w:val="clear" w:color="auto" w:fill="E7F1F0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0F766E"/>
                <w:sz w:val="19"/>
              </w:rPr>
              <w:t>Date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E7F1F0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0F766E"/>
                <w:sz w:val="19"/>
              </w:rPr>
              <w:t>Name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  <w:tr>
        <w:trPr>
          <w:trHeight w:val="400" w:hRule="atLeast"/>
          <w:trHeight w:val="400" w:hRule="atLeast"/>
        </w:trPr>
        <w:tc>
          <w:tcPr>
            <w:tcW w:type="dxa" w:w="1800"/>
            <w:shd w:val="clear" w:color="auto" w:fill="E7F1F0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0F766E"/>
                <w:sz w:val="19"/>
              </w:rPr>
              <w:t>Project / area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E7F1F0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0F766E"/>
                <w:sz w:val="19"/>
              </w:rPr>
              <w:t>Supervisor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</w:tbl>
    <w:p>
      <w:pPr>
        <w:spacing w:after="40" w:before="0"/>
      </w:pPr>
    </w:p>
    <w:p>
      <w:pPr>
        <w:spacing w:after="80" w:before="160"/>
        <w:keepNext/>
        <w:pBdr>
          <w:bottom w:val="single" w:sz="8" w:space="1" w:color="0F766E"/>
        </w:pBdr>
      </w:pPr>
      <w:r>
        <w:rPr>
          <w:rFonts w:ascii="Calibri" w:hAnsi="Calibri" w:eastAsia="Calibri"/>
          <w:b/>
          <w:i w:val="0"/>
          <w:color w:val="0F766E"/>
          <w:sz w:val="23"/>
        </w:rPr>
        <w:t>ENTRIES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1DA"/>
          <w:left w:val="single" w:sz="4" w:color="C9D1DA"/>
          <w:bottom w:val="single" w:sz="4" w:color="C9D1DA"/>
          <w:right w:val="single" w:sz="4" w:color="C9D1DA"/>
          <w:insideH w:val="single" w:sz="4" w:color="C9D1DA"/>
          <w:insideV w:val="single" w:sz="4" w:color="C9D1DA"/>
        </w:tblBorders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785"/>
            <w:shd w:val="clear" w:color="auto" w:fill="0F766E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Time</w:t>
            </w:r>
          </w:p>
        </w:tc>
        <w:tc>
          <w:tcPr>
            <w:tcW w:type="dxa" w:w="3273"/>
            <w:shd w:val="clear" w:color="auto" w:fill="0F766E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Activity</w:t>
            </w:r>
          </w:p>
        </w:tc>
        <w:tc>
          <w:tcPr>
            <w:tcW w:type="dxa" w:w="1964"/>
            <w:shd w:val="clear" w:color="auto" w:fill="0F766E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Location</w:t>
            </w:r>
          </w:p>
        </w:tc>
        <w:tc>
          <w:tcPr>
            <w:tcW w:type="dxa" w:w="3273"/>
            <w:shd w:val="clear" w:color="auto" w:fill="0F766E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Result / notes</w:t>
            </w:r>
          </w:p>
        </w:tc>
        <w:tc>
          <w:tcPr>
            <w:tcW w:type="dxa" w:w="785"/>
            <w:shd w:val="clear" w:color="auto" w:fill="0F766E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Initials</w:t>
            </w:r>
          </w:p>
        </w:tc>
      </w:tr>
      <w:tr>
        <w:trPr>
          <w:trHeight w:val="440" w:hRule="atLeast"/>
        </w:trPr>
        <w:tc>
          <w:tcPr>
            <w:tcW w:type="dxa" w:w="785"/>
          </w:tcPr>
          <w:p>
            <w:pPr>
              <w:spacing w:after="0"/>
            </w:pPr>
          </w:p>
        </w:tc>
        <w:tc>
          <w:tcPr>
            <w:tcW w:type="dxa" w:w="3273"/>
          </w:tcPr>
          <w:p>
            <w:pPr>
              <w:spacing w:after="0"/>
            </w:pPr>
          </w:p>
        </w:tc>
        <w:tc>
          <w:tcPr>
            <w:tcW w:type="dxa" w:w="1964"/>
          </w:tcPr>
          <w:p>
            <w:pPr>
              <w:spacing w:after="0"/>
            </w:pPr>
          </w:p>
        </w:tc>
        <w:tc>
          <w:tcPr>
            <w:tcW w:type="dxa" w:w="3273"/>
          </w:tcPr>
          <w:p>
            <w:pPr>
              <w:spacing w:after="0"/>
            </w:pPr>
          </w:p>
        </w:tc>
        <w:tc>
          <w:tcPr>
            <w:tcW w:type="dxa" w:w="785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785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273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964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273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785"/>
            <w:shd w:val="clear" w:color="auto" w:fill="F6F8FA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785"/>
          </w:tcPr>
          <w:p>
            <w:pPr>
              <w:spacing w:after="0"/>
            </w:pPr>
          </w:p>
        </w:tc>
        <w:tc>
          <w:tcPr>
            <w:tcW w:type="dxa" w:w="3273"/>
          </w:tcPr>
          <w:p>
            <w:pPr>
              <w:spacing w:after="0"/>
            </w:pPr>
          </w:p>
        </w:tc>
        <w:tc>
          <w:tcPr>
            <w:tcW w:type="dxa" w:w="1964"/>
          </w:tcPr>
          <w:p>
            <w:pPr>
              <w:spacing w:after="0"/>
            </w:pPr>
          </w:p>
        </w:tc>
        <w:tc>
          <w:tcPr>
            <w:tcW w:type="dxa" w:w="3273"/>
          </w:tcPr>
          <w:p>
            <w:pPr>
              <w:spacing w:after="0"/>
            </w:pPr>
          </w:p>
        </w:tc>
        <w:tc>
          <w:tcPr>
            <w:tcW w:type="dxa" w:w="785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785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273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964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273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785"/>
            <w:shd w:val="clear" w:color="auto" w:fill="F6F8FA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785"/>
          </w:tcPr>
          <w:p>
            <w:pPr>
              <w:spacing w:after="0"/>
            </w:pPr>
          </w:p>
        </w:tc>
        <w:tc>
          <w:tcPr>
            <w:tcW w:type="dxa" w:w="3273"/>
          </w:tcPr>
          <w:p>
            <w:pPr>
              <w:spacing w:after="0"/>
            </w:pPr>
          </w:p>
        </w:tc>
        <w:tc>
          <w:tcPr>
            <w:tcW w:type="dxa" w:w="1964"/>
          </w:tcPr>
          <w:p>
            <w:pPr>
              <w:spacing w:after="0"/>
            </w:pPr>
          </w:p>
        </w:tc>
        <w:tc>
          <w:tcPr>
            <w:tcW w:type="dxa" w:w="3273"/>
          </w:tcPr>
          <w:p>
            <w:pPr>
              <w:spacing w:after="0"/>
            </w:pPr>
          </w:p>
        </w:tc>
        <w:tc>
          <w:tcPr>
            <w:tcW w:type="dxa" w:w="785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785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273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964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273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785"/>
            <w:shd w:val="clear" w:color="auto" w:fill="F6F8FA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785"/>
          </w:tcPr>
          <w:p>
            <w:pPr>
              <w:spacing w:after="0"/>
            </w:pPr>
          </w:p>
        </w:tc>
        <w:tc>
          <w:tcPr>
            <w:tcW w:type="dxa" w:w="3273"/>
          </w:tcPr>
          <w:p>
            <w:pPr>
              <w:spacing w:after="0"/>
            </w:pPr>
          </w:p>
        </w:tc>
        <w:tc>
          <w:tcPr>
            <w:tcW w:type="dxa" w:w="1964"/>
          </w:tcPr>
          <w:p>
            <w:pPr>
              <w:spacing w:after="0"/>
            </w:pPr>
          </w:p>
        </w:tc>
        <w:tc>
          <w:tcPr>
            <w:tcW w:type="dxa" w:w="3273"/>
          </w:tcPr>
          <w:p>
            <w:pPr>
              <w:spacing w:after="0"/>
            </w:pPr>
          </w:p>
        </w:tc>
        <w:tc>
          <w:tcPr>
            <w:tcW w:type="dxa" w:w="785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785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273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964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273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785"/>
            <w:shd w:val="clear" w:color="auto" w:fill="F6F8FA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785"/>
          </w:tcPr>
          <w:p>
            <w:pPr>
              <w:spacing w:after="0"/>
            </w:pPr>
          </w:p>
        </w:tc>
        <w:tc>
          <w:tcPr>
            <w:tcW w:type="dxa" w:w="3273"/>
          </w:tcPr>
          <w:p>
            <w:pPr>
              <w:spacing w:after="0"/>
            </w:pPr>
          </w:p>
        </w:tc>
        <w:tc>
          <w:tcPr>
            <w:tcW w:type="dxa" w:w="1964"/>
          </w:tcPr>
          <w:p>
            <w:pPr>
              <w:spacing w:after="0"/>
            </w:pPr>
          </w:p>
        </w:tc>
        <w:tc>
          <w:tcPr>
            <w:tcW w:type="dxa" w:w="3273"/>
          </w:tcPr>
          <w:p>
            <w:pPr>
              <w:spacing w:after="0"/>
            </w:pPr>
          </w:p>
        </w:tc>
        <w:tc>
          <w:tcPr>
            <w:tcW w:type="dxa" w:w="785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785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273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964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273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785"/>
            <w:shd w:val="clear" w:color="auto" w:fill="F6F8FA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785"/>
          </w:tcPr>
          <w:p>
            <w:pPr>
              <w:spacing w:after="0"/>
            </w:pPr>
          </w:p>
        </w:tc>
        <w:tc>
          <w:tcPr>
            <w:tcW w:type="dxa" w:w="3273"/>
          </w:tcPr>
          <w:p>
            <w:pPr>
              <w:spacing w:after="0"/>
            </w:pPr>
          </w:p>
        </w:tc>
        <w:tc>
          <w:tcPr>
            <w:tcW w:type="dxa" w:w="1964"/>
          </w:tcPr>
          <w:p>
            <w:pPr>
              <w:spacing w:after="0"/>
            </w:pPr>
          </w:p>
        </w:tc>
        <w:tc>
          <w:tcPr>
            <w:tcW w:type="dxa" w:w="3273"/>
          </w:tcPr>
          <w:p>
            <w:pPr>
              <w:spacing w:after="0"/>
            </w:pPr>
          </w:p>
        </w:tc>
        <w:tc>
          <w:tcPr>
            <w:tcW w:type="dxa" w:w="785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785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273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964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273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785"/>
            <w:shd w:val="clear" w:color="auto" w:fill="F6F8FA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785"/>
          </w:tcPr>
          <w:p>
            <w:pPr>
              <w:spacing w:after="0"/>
            </w:pPr>
          </w:p>
        </w:tc>
        <w:tc>
          <w:tcPr>
            <w:tcW w:type="dxa" w:w="3273"/>
          </w:tcPr>
          <w:p>
            <w:pPr>
              <w:spacing w:after="0"/>
            </w:pPr>
          </w:p>
        </w:tc>
        <w:tc>
          <w:tcPr>
            <w:tcW w:type="dxa" w:w="1964"/>
          </w:tcPr>
          <w:p>
            <w:pPr>
              <w:spacing w:after="0"/>
            </w:pPr>
          </w:p>
        </w:tc>
        <w:tc>
          <w:tcPr>
            <w:tcW w:type="dxa" w:w="3273"/>
          </w:tcPr>
          <w:p>
            <w:pPr>
              <w:spacing w:after="0"/>
            </w:pPr>
          </w:p>
        </w:tc>
        <w:tc>
          <w:tcPr>
            <w:tcW w:type="dxa" w:w="785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785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273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964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273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785"/>
            <w:shd w:val="clear" w:color="auto" w:fill="F6F8FA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785"/>
          </w:tcPr>
          <w:p>
            <w:pPr>
              <w:spacing w:after="0"/>
            </w:pPr>
          </w:p>
        </w:tc>
        <w:tc>
          <w:tcPr>
            <w:tcW w:type="dxa" w:w="3273"/>
          </w:tcPr>
          <w:p>
            <w:pPr>
              <w:spacing w:after="0"/>
            </w:pPr>
          </w:p>
        </w:tc>
        <w:tc>
          <w:tcPr>
            <w:tcW w:type="dxa" w:w="1964"/>
          </w:tcPr>
          <w:p>
            <w:pPr>
              <w:spacing w:after="0"/>
            </w:pPr>
          </w:p>
        </w:tc>
        <w:tc>
          <w:tcPr>
            <w:tcW w:type="dxa" w:w="3273"/>
          </w:tcPr>
          <w:p>
            <w:pPr>
              <w:spacing w:after="0"/>
            </w:pPr>
          </w:p>
        </w:tc>
        <w:tc>
          <w:tcPr>
            <w:tcW w:type="dxa" w:w="785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785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273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964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3273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785"/>
            <w:shd w:val="clear" w:color="auto" w:fill="F6F8FA"/>
          </w:tcPr>
          <w:p>
            <w:pPr>
              <w:spacing w:after="0"/>
            </w:pPr>
          </w:p>
        </w:tc>
      </w:tr>
    </w:tbl>
    <w:p>
      <w:pPr>
        <w:spacing w:after="40" w:before="0"/>
      </w:pPr>
    </w:p>
    <w:p>
      <w:pPr>
        <w:spacing w:after="80" w:before="160"/>
        <w:keepNext/>
        <w:pBdr>
          <w:bottom w:val="single" w:sz="8" w:space="1" w:color="0F766E"/>
        </w:pBdr>
      </w:pPr>
      <w:r>
        <w:rPr>
          <w:rFonts w:ascii="Calibri" w:hAnsi="Calibri" w:eastAsia="Calibri"/>
          <w:b/>
          <w:i w:val="0"/>
          <w:color w:val="0F766E"/>
          <w:sz w:val="23"/>
        </w:rPr>
        <w:t>SIGNATURES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rHeight w:val="840" w:hRule="atLeast"/>
        </w:trPr>
        <w:tc>
          <w:tcPr>
            <w:tcW w:type="dxa" w:w="5040"/>
          </w:tcPr>
          <w:p>
            <w:pPr>
              <w:spacing w:before="360" w:after="0"/>
            </w:pPr>
            <w:r>
              <w:rPr>
                <w:rFonts w:ascii="Calibri" w:hAnsi="Calibri" w:eastAsia="Calibri"/>
                <w:b w:val="0"/>
                <w:i w:val="0"/>
                <w:color w:val="555555"/>
                <w:sz w:val="20"/>
              </w:rPr>
              <w:t>__________________________________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0F766E"/>
                <w:sz w:val="18"/>
              </w:rPr>
              <w:t>Reviewed by / date</w:t>
            </w:r>
          </w:p>
        </w:tc>
        <w:tc>
          <w:tcPr>
            <w:tcW w:type="dxa" w:w="5040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7A8794"/>
        <w:sz w:val="16"/>
      </w:rPr>
      <w:t>Free to use and edit  •  www.freesampletemplates.com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Log Sheet</dc:title>
  <dc:subject/>
  <dc:creator>Free 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