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C2570C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160"/>
              <w:jc w:val="left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 xml:space="preserve">  DAILY SHIFT REPORT</w:t>
            </w:r>
          </w:p>
          <w:p>
            <w:pPr>
              <w:spacing w:after="160"/>
            </w:pPr>
            <w:r>
              <w:rPr>
                <w:rFonts w:ascii="Calibri" w:hAnsi="Calibri" w:eastAsia="Calibri"/>
                <w:b w:val="0"/>
                <w:i/>
                <w:color w:val="DCE6F2"/>
                <w:sz w:val="21"/>
              </w:rPr>
              <w:t xml:space="preserve">  Hand over cleanly between shifts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80" w:hRule="atLeast"/>
        </w:trPr>
        <w:tc>
          <w:tcPr>
            <w:tcW w:type="dxa" w:w="10080"/>
            <w:shd w:val="clear" w:color="auto" w:fill="F2B13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sz w:val="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C2570C"/>
        </w:pBdr>
      </w:pPr>
      <w:r>
        <w:rPr>
          <w:rFonts w:ascii="Calibri" w:hAnsi="Calibri" w:eastAsia="Calibri"/>
          <w:b/>
          <w:i w:val="0"/>
          <w:color w:val="C2570C"/>
          <w:sz w:val="23"/>
        </w:rPr>
        <w:t>SHIFT DETAILS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F8EEE6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9"/>
              </w:rPr>
              <w:t>Date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F8EEE6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9"/>
              </w:rPr>
              <w:t>Shift (day / evening / night)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F8EEE6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9"/>
              </w:rPr>
              <w:t>Supervisor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F8EEE6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9"/>
              </w:rPr>
              <w:t>Location / department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F8EEE6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9"/>
              </w:rPr>
              <w:t>Staff on duty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F8EEE6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9"/>
              </w:rPr>
              <w:t>Weather / conditions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C2570C"/>
        </w:pBdr>
      </w:pPr>
      <w:r>
        <w:rPr>
          <w:rFonts w:ascii="Calibri" w:hAnsi="Calibri" w:eastAsia="Calibri"/>
          <w:b/>
          <w:i w:val="0"/>
          <w:color w:val="C2570C"/>
          <w:sz w:val="23"/>
        </w:rPr>
        <w:t>ACTIVITIES AND INCIDENTS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1120"/>
            <w:shd w:val="clear" w:color="auto" w:fill="C2570C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Time</w:t>
            </w:r>
          </w:p>
        </w:tc>
        <w:tc>
          <w:tcPr>
            <w:tcW w:type="dxa" w:w="3733"/>
            <w:shd w:val="clear" w:color="auto" w:fill="C2570C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Activity / incident</w:t>
            </w:r>
          </w:p>
        </w:tc>
        <w:tc>
          <w:tcPr>
            <w:tcW w:type="dxa" w:w="2987"/>
            <w:shd w:val="clear" w:color="auto" w:fill="C2570C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Action taken</w:t>
            </w:r>
          </w:p>
        </w:tc>
        <w:tc>
          <w:tcPr>
            <w:tcW w:type="dxa" w:w="2240"/>
            <w:shd w:val="clear" w:color="auto" w:fill="C2570C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Follow-up needed</w:t>
            </w:r>
          </w:p>
        </w:tc>
      </w:tr>
      <w:tr>
        <w:trPr>
          <w:trHeight w:val="440" w:hRule="atLeast"/>
        </w:trPr>
        <w:tc>
          <w:tcPr>
            <w:tcW w:type="dxa" w:w="1120"/>
          </w:tcPr>
          <w:p>
            <w:pPr>
              <w:spacing w:after="0"/>
            </w:pPr>
          </w:p>
        </w:tc>
        <w:tc>
          <w:tcPr>
            <w:tcW w:type="dxa" w:w="3733"/>
          </w:tcPr>
          <w:p>
            <w:pPr>
              <w:spacing w:after="0"/>
            </w:pPr>
          </w:p>
        </w:tc>
        <w:tc>
          <w:tcPr>
            <w:tcW w:type="dxa" w:w="2987"/>
          </w:tcPr>
          <w:p>
            <w:pPr>
              <w:spacing w:after="0"/>
            </w:pPr>
          </w:p>
        </w:tc>
        <w:tc>
          <w:tcPr>
            <w:tcW w:type="dxa" w:w="224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112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73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98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240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1120"/>
          </w:tcPr>
          <w:p>
            <w:pPr>
              <w:spacing w:after="0"/>
            </w:pPr>
          </w:p>
        </w:tc>
        <w:tc>
          <w:tcPr>
            <w:tcW w:type="dxa" w:w="3733"/>
          </w:tcPr>
          <w:p>
            <w:pPr>
              <w:spacing w:after="0"/>
            </w:pPr>
          </w:p>
        </w:tc>
        <w:tc>
          <w:tcPr>
            <w:tcW w:type="dxa" w:w="2987"/>
          </w:tcPr>
          <w:p>
            <w:pPr>
              <w:spacing w:after="0"/>
            </w:pPr>
          </w:p>
        </w:tc>
        <w:tc>
          <w:tcPr>
            <w:tcW w:type="dxa" w:w="224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112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73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98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240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1120"/>
          </w:tcPr>
          <w:p>
            <w:pPr>
              <w:spacing w:after="0"/>
            </w:pPr>
          </w:p>
        </w:tc>
        <w:tc>
          <w:tcPr>
            <w:tcW w:type="dxa" w:w="3733"/>
          </w:tcPr>
          <w:p>
            <w:pPr>
              <w:spacing w:after="0"/>
            </w:pPr>
          </w:p>
        </w:tc>
        <w:tc>
          <w:tcPr>
            <w:tcW w:type="dxa" w:w="2987"/>
          </w:tcPr>
          <w:p>
            <w:pPr>
              <w:spacing w:after="0"/>
            </w:pPr>
          </w:p>
        </w:tc>
        <w:tc>
          <w:tcPr>
            <w:tcW w:type="dxa" w:w="224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112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73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98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240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1120"/>
          </w:tcPr>
          <w:p>
            <w:pPr>
              <w:spacing w:after="0"/>
            </w:pPr>
          </w:p>
        </w:tc>
        <w:tc>
          <w:tcPr>
            <w:tcW w:type="dxa" w:w="3733"/>
          </w:tcPr>
          <w:p>
            <w:pPr>
              <w:spacing w:after="0"/>
            </w:pPr>
          </w:p>
        </w:tc>
        <w:tc>
          <w:tcPr>
            <w:tcW w:type="dxa" w:w="2987"/>
          </w:tcPr>
          <w:p>
            <w:pPr>
              <w:spacing w:after="0"/>
            </w:pPr>
          </w:p>
        </w:tc>
        <w:tc>
          <w:tcPr>
            <w:tcW w:type="dxa" w:w="224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112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73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98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240"/>
            <w:shd w:val="clear" w:color="auto" w:fill="F6F8FA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C2570C"/>
        </w:pBdr>
      </w:pPr>
      <w:r>
        <w:rPr>
          <w:rFonts w:ascii="Calibri" w:hAnsi="Calibri" w:eastAsia="Calibri"/>
          <w:b/>
          <w:i w:val="0"/>
          <w:color w:val="C2570C"/>
          <w:sz w:val="23"/>
        </w:rPr>
        <w:t>HANDOVER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3360"/>
        <w:gridCol w:w="3360"/>
        <w:gridCol w:w="3360"/>
      </w:tblGrid>
      <w:tr>
        <w:tc>
          <w:tcPr>
            <w:tcW w:type="dxa" w:w="5880"/>
            <w:shd w:val="clear" w:color="auto" w:fill="C2570C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Task pending</w:t>
            </w:r>
          </w:p>
        </w:tc>
        <w:tc>
          <w:tcPr>
            <w:tcW w:type="dxa" w:w="2520"/>
            <w:shd w:val="clear" w:color="auto" w:fill="C2570C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Owner</w:t>
            </w:r>
          </w:p>
        </w:tc>
        <w:tc>
          <w:tcPr>
            <w:tcW w:type="dxa" w:w="1680"/>
            <w:shd w:val="clear" w:color="auto" w:fill="C2570C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Priority</w:t>
            </w:r>
          </w:p>
        </w:tc>
      </w:tr>
      <w:tr>
        <w:trPr>
          <w:trHeight w:val="440" w:hRule="atLeast"/>
        </w:trPr>
        <w:tc>
          <w:tcPr>
            <w:tcW w:type="dxa" w:w="5880"/>
          </w:tcPr>
          <w:p>
            <w:pPr>
              <w:spacing w:after="0"/>
            </w:pPr>
          </w:p>
        </w:tc>
        <w:tc>
          <w:tcPr>
            <w:tcW w:type="dxa" w:w="2520"/>
          </w:tcPr>
          <w:p>
            <w:pPr>
              <w:spacing w:after="0"/>
            </w:pPr>
          </w:p>
        </w:tc>
        <w:tc>
          <w:tcPr>
            <w:tcW w:type="dxa" w:w="168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588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52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680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5880"/>
          </w:tcPr>
          <w:p>
            <w:pPr>
              <w:spacing w:after="0"/>
            </w:pPr>
          </w:p>
        </w:tc>
        <w:tc>
          <w:tcPr>
            <w:tcW w:type="dxa" w:w="2520"/>
          </w:tcPr>
          <w:p>
            <w:pPr>
              <w:spacing w:after="0"/>
            </w:pPr>
          </w:p>
        </w:tc>
        <w:tc>
          <w:tcPr>
            <w:tcW w:type="dxa" w:w="168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588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52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680"/>
            <w:shd w:val="clear" w:color="auto" w:fill="F6F8FA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10080"/>
      </w:tblGrid>
      <w:tr>
        <w:tc>
          <w:tcPr>
            <w:tcW w:type="dxa" w:w="10080"/>
            <w:shd w:val="clear" w:color="auto" w:fill="F8EEE6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9"/>
              </w:rPr>
              <w:t>Notes for next shift</w:t>
            </w:r>
          </w:p>
        </w:tc>
      </w:tr>
      <w:tr>
        <w:trPr>
          <w:trHeight w:val="1296" w:hRule="atLeast"/>
        </w:trPr>
        <w:tc>
          <w:tcPr>
            <w:tcW w:type="dxa" w:w="10080"/>
          </w:tcPr>
          <w:p/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C2570C"/>
        </w:pBdr>
      </w:pPr>
      <w:r>
        <w:rPr>
          <w:rFonts w:ascii="Calibri" w:hAnsi="Calibri" w:eastAsia="Calibri"/>
          <w:b/>
          <w:i w:val="0"/>
          <w:color w:val="C2570C"/>
          <w:sz w:val="23"/>
        </w:rPr>
        <w:t>SIGNATURES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840" w:hRule="atLeast"/>
          <w:trHeight w:val="840" w:hRule="atLeast"/>
        </w:trPr>
        <w:tc>
          <w:tcPr>
            <w:tcW w:type="dxa" w:w="5040"/>
          </w:tcPr>
          <w:p>
            <w:pPr>
              <w:spacing w:before="360" w:after="0"/>
            </w:pPr>
            <w:r>
              <w:rPr>
                <w:rFonts w:ascii="Calibri" w:hAnsi="Calibri" w:eastAsia="Calibri"/>
                <w:b w:val="0"/>
                <w:i w:val="0"/>
                <w:color w:val="555555"/>
                <w:sz w:val="20"/>
              </w:rPr>
              <w:t>__________________________________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8"/>
              </w:rPr>
              <w:t>Supervisor signature</w:t>
            </w:r>
          </w:p>
        </w:tc>
        <w:tc>
          <w:tcPr>
            <w:tcW w:type="dxa" w:w="5040"/>
          </w:tcPr>
          <w:p>
            <w:pPr>
              <w:spacing w:before="360" w:after="0"/>
            </w:pPr>
            <w:r>
              <w:rPr>
                <w:rFonts w:ascii="Calibri" w:hAnsi="Calibri" w:eastAsia="Calibri"/>
                <w:b w:val="0"/>
                <w:i w:val="0"/>
                <w:color w:val="555555"/>
                <w:sz w:val="20"/>
              </w:rPr>
              <w:t>__________________________________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C2570C"/>
                <w:sz w:val="18"/>
              </w:rPr>
              <w:t>Next shift supervisor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7A8794"/>
        <w:sz w:val="16"/>
      </w:rPr>
      <w:t>Free to use and edit  •  www.freesampletemplates.com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Shift Report</dc:title>
  <dc:subject/>
  <dc:creator>Free 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