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2E7D3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DONATION RECEIPT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Official acknowledgement for tax purposes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2E7D32"/>
        </w:pBdr>
      </w:pPr>
      <w:r>
        <w:rPr>
          <w:rFonts w:ascii="Calibri" w:hAnsi="Calibri" w:eastAsia="Calibri"/>
          <w:b/>
          <w:i w:val="0"/>
          <w:color w:val="2E7D32"/>
          <w:sz w:val="23"/>
        </w:rPr>
        <w:t>ORGANIZATION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Organization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Tax ID / charity no.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Phone / website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2E7D32"/>
        </w:pBdr>
      </w:pPr>
      <w:r>
        <w:rPr>
          <w:rFonts w:ascii="Calibri" w:hAnsi="Calibri" w:eastAsia="Calibri"/>
          <w:b/>
          <w:i w:val="0"/>
          <w:color w:val="2E7D32"/>
          <w:sz w:val="23"/>
        </w:rPr>
        <w:t>DONOR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Donor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Receipt no.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Date received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2E7D32"/>
        </w:pBdr>
      </w:pPr>
      <w:r>
        <w:rPr>
          <w:rFonts w:ascii="Calibri" w:hAnsi="Calibri" w:eastAsia="Calibri"/>
          <w:b/>
          <w:i w:val="0"/>
          <w:color w:val="2E7D32"/>
          <w:sz w:val="23"/>
        </w:rPr>
        <w:t>DONATION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Amount ($)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Payment method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Description of non-cash gift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Fair value ($)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Goods or services provided? (Y/N)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AF2E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9"/>
              </w:rPr>
              <w:t>Value of goods / services ($)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AF2EA"/>
            <w:tcBorders>
              <w:top w:val="nil"/>
              <w:left w:val="single" w:sz="24" w:color="2E7D32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/>
                <w:b w:val="0"/>
                <w:i/>
                <w:color w:val="44505E"/>
                <w:sz w:val="19"/>
              </w:rPr>
              <w:t>Thank you for your gift. [Organization name] is a recognized tax-exempt organization. No goods or services were provided in exchange for this contribution, unless stated above. Please keep this receipt for your tax records.</w:t>
            </w: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2E7D32"/>
        </w:pBdr>
      </w:pPr>
      <w:r>
        <w:rPr>
          <w:rFonts w:ascii="Calibri" w:hAnsi="Calibri" w:eastAsia="Calibri"/>
          <w:b/>
          <w:i w:val="0"/>
          <w:color w:val="2E7D32"/>
          <w:sz w:val="23"/>
        </w:rP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840" w:hRule="atLeast"/>
          <w:trHeight w:val="840" w:hRule="atLeast"/>
        </w:trPr>
        <w:tc>
          <w:tcPr>
            <w:tcW w:type="dxa" w:w="5040"/>
          </w:tcPr>
          <w:p>
            <w:pPr>
              <w:spacing w:before="360" w:after="0"/>
            </w:pPr>
            <w:r>
              <w:rPr>
                <w:rFonts w:ascii="Calibri" w:hAnsi="Calibri" w:eastAsia="Calibri"/>
                <w:b w:val="0"/>
                <w:i w:val="0"/>
                <w:color w:val="555555"/>
                <w:sz w:val="20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8"/>
              </w:rPr>
              <w:t>Authorized signature</w:t>
            </w:r>
          </w:p>
        </w:tc>
        <w:tc>
          <w:tcPr>
            <w:tcW w:type="dxa" w:w="5040"/>
          </w:tcPr>
          <w:p>
            <w:pPr>
              <w:spacing w:before="360" w:after="0"/>
            </w:pPr>
            <w:r>
              <w:rPr>
                <w:rFonts w:ascii="Calibri" w:hAnsi="Calibri" w:eastAsia="Calibri"/>
                <w:b w:val="0"/>
                <w:i w:val="0"/>
                <w:color w:val="555555"/>
                <w:sz w:val="20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2E7D32"/>
                <w:sz w:val="18"/>
              </w:rPr>
              <w:t>Title /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Receipt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