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F766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160"/>
              <w:jc w:val="left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 xml:space="preserve">  PHONE MESSAGE LOG</w:t>
            </w:r>
          </w:p>
          <w:p>
            <w:pPr>
              <w:spacing w:after="160"/>
            </w:pPr>
            <w:r>
              <w:rPr>
                <w:rFonts w:ascii="Calibri" w:hAnsi="Calibri" w:eastAsia="Calibri"/>
                <w:b w:val="0"/>
                <w:i/>
                <w:color w:val="DCE6F2"/>
                <w:sz w:val="21"/>
              </w:rPr>
              <w:t xml:space="preserve">  Record every call, message and callback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80" w:hRule="atLeast"/>
        </w:trPr>
        <w:tc>
          <w:tcPr>
            <w:tcW w:type="dxa" w:w="10080"/>
            <w:shd w:val="clear" w:color="auto" w:fill="F2B13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sz w:val="4"/>
              </w:rPr>
              <w:t xml:space="preserve"> </w:t>
            </w:r>
          </w:p>
        </w:tc>
      </w:tr>
    </w:tbl>
    <w:p>
      <w:pPr>
        <w:spacing w:after="4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7F1F0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0F766E"/>
                <w:sz w:val="19"/>
              </w:rPr>
              <w:t>Employee / desk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7F1F0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0F766E"/>
                <w:sz w:val="19"/>
              </w:rPr>
              <w:t>Week of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978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Date</w:t>
            </w:r>
          </w:p>
        </w:tc>
        <w:tc>
          <w:tcPr>
            <w:tcW w:type="dxa" w:w="827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Time</w:t>
            </w:r>
          </w:p>
        </w:tc>
        <w:tc>
          <w:tcPr>
            <w:tcW w:type="dxa" w:w="1504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Caller</w:t>
            </w:r>
          </w:p>
        </w:tc>
        <w:tc>
          <w:tcPr>
            <w:tcW w:type="dxa" w:w="1655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Phone / email</w:t>
            </w:r>
          </w:p>
        </w:tc>
        <w:tc>
          <w:tcPr>
            <w:tcW w:type="dxa" w:w="3009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Message</w:t>
            </w:r>
          </w:p>
        </w:tc>
        <w:tc>
          <w:tcPr>
            <w:tcW w:type="dxa" w:w="1504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Action</w:t>
            </w:r>
          </w:p>
        </w:tc>
        <w:tc>
          <w:tcPr>
            <w:tcW w:type="dxa" w:w="602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Done</w:t>
            </w:r>
          </w:p>
        </w:tc>
      </w:tr>
      <w:tr>
        <w:trPr>
          <w:trHeight w:val="560" w:hRule="atLeast"/>
        </w:trPr>
        <w:tc>
          <w:tcPr>
            <w:tcW w:type="dxa" w:w="978"/>
          </w:tcPr>
          <w:p>
            <w:pPr>
              <w:spacing w:after="0"/>
            </w:pPr>
          </w:p>
        </w:tc>
        <w:tc>
          <w:tcPr>
            <w:tcW w:type="dxa" w:w="827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1655"/>
          </w:tcPr>
          <w:p>
            <w:pPr>
              <w:spacing w:after="0"/>
            </w:pPr>
          </w:p>
        </w:tc>
        <w:tc>
          <w:tcPr>
            <w:tcW w:type="dxa" w:w="3009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602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82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65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009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602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</w:tcPr>
          <w:p>
            <w:pPr>
              <w:spacing w:after="0"/>
            </w:pPr>
          </w:p>
        </w:tc>
        <w:tc>
          <w:tcPr>
            <w:tcW w:type="dxa" w:w="827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1655"/>
          </w:tcPr>
          <w:p>
            <w:pPr>
              <w:spacing w:after="0"/>
            </w:pPr>
          </w:p>
        </w:tc>
        <w:tc>
          <w:tcPr>
            <w:tcW w:type="dxa" w:w="3009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602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82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65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009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602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</w:tcPr>
          <w:p>
            <w:pPr>
              <w:spacing w:after="0"/>
            </w:pPr>
          </w:p>
        </w:tc>
        <w:tc>
          <w:tcPr>
            <w:tcW w:type="dxa" w:w="827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1655"/>
          </w:tcPr>
          <w:p>
            <w:pPr>
              <w:spacing w:after="0"/>
            </w:pPr>
          </w:p>
        </w:tc>
        <w:tc>
          <w:tcPr>
            <w:tcW w:type="dxa" w:w="3009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602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82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65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009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602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</w:tcPr>
          <w:p>
            <w:pPr>
              <w:spacing w:after="0"/>
            </w:pPr>
          </w:p>
        </w:tc>
        <w:tc>
          <w:tcPr>
            <w:tcW w:type="dxa" w:w="827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1655"/>
          </w:tcPr>
          <w:p>
            <w:pPr>
              <w:spacing w:after="0"/>
            </w:pPr>
          </w:p>
        </w:tc>
        <w:tc>
          <w:tcPr>
            <w:tcW w:type="dxa" w:w="3009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602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82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65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009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602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</w:tcPr>
          <w:p>
            <w:pPr>
              <w:spacing w:after="0"/>
            </w:pPr>
          </w:p>
        </w:tc>
        <w:tc>
          <w:tcPr>
            <w:tcW w:type="dxa" w:w="827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1655"/>
          </w:tcPr>
          <w:p>
            <w:pPr>
              <w:spacing w:after="0"/>
            </w:pPr>
          </w:p>
        </w:tc>
        <w:tc>
          <w:tcPr>
            <w:tcW w:type="dxa" w:w="3009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602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82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65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009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602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</w:tcPr>
          <w:p>
            <w:pPr>
              <w:spacing w:after="0"/>
            </w:pPr>
          </w:p>
        </w:tc>
        <w:tc>
          <w:tcPr>
            <w:tcW w:type="dxa" w:w="827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1655"/>
          </w:tcPr>
          <w:p>
            <w:pPr>
              <w:spacing w:after="0"/>
            </w:pPr>
          </w:p>
        </w:tc>
        <w:tc>
          <w:tcPr>
            <w:tcW w:type="dxa" w:w="3009"/>
          </w:tcPr>
          <w:p>
            <w:pPr>
              <w:spacing w:after="0"/>
            </w:pPr>
          </w:p>
        </w:tc>
        <w:tc>
          <w:tcPr>
            <w:tcW w:type="dxa" w:w="1504"/>
          </w:tcPr>
          <w:p>
            <w:pPr>
              <w:spacing w:after="0"/>
            </w:pPr>
          </w:p>
        </w:tc>
        <w:tc>
          <w:tcPr>
            <w:tcW w:type="dxa" w:w="602"/>
          </w:tcPr>
          <w:p>
            <w:pPr>
              <w:spacing w:after="0"/>
            </w:pPr>
          </w:p>
        </w:tc>
      </w:tr>
      <w:tr>
        <w:trPr>
          <w:trHeight w:val="560" w:hRule="atLeast"/>
        </w:trPr>
        <w:tc>
          <w:tcPr>
            <w:tcW w:type="dxa" w:w="978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827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65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009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50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602"/>
            <w:shd w:val="clear" w:color="auto" w:fill="F6F8FA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7A8794"/>
        <w:sz w:val="16"/>
      </w:rPr>
      <w:t>Free to use and edit  •  www.freesampletemplates.com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 Message Log</dc:title>
  <dc:subject/>
  <dc:creator>Free 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