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2E7D3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before="160"/>
              <w:jc w:val="left"/>
            </w:pPr>
            <w:r>
              <w:rPr>
                <w:rFonts w:ascii="Calibri" w:hAnsi="Calibri" w:eastAsia="Calibri"/>
                <w:b/>
                <w:i w:val="0"/>
                <w:color w:val="FFFFFF"/>
                <w:sz w:val="44"/>
              </w:rPr>
              <w:t xml:space="preserve">  WORK RECOMMENDATION LETTER</w:t>
            </w:r>
          </w:p>
          <w:p>
            <w:pPr>
              <w:spacing w:after="160"/>
            </w:pPr>
            <w:r>
              <w:rPr>
                <w:rFonts w:ascii="Calibri" w:hAnsi="Calibri" w:eastAsia="Calibri"/>
                <w:b w:val="0"/>
                <w:i/>
                <w:color w:val="DCE6F2"/>
                <w:sz w:val="21"/>
              </w:rPr>
              <w:t xml:space="preserve">  Support a promotion, new job or graduate application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rPr>
          <w:trHeight w:val="80" w:hRule="atLeast"/>
        </w:trPr>
        <w:tc>
          <w:tcPr>
            <w:tcW w:type="dxa" w:w="10080"/>
            <w:shd w:val="clear" w:color="auto" w:fill="F2B134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sz w:val="4"/>
              </w:rPr>
              <w:t xml:space="preserve"> </w:t>
            </w:r>
          </w:p>
        </w:tc>
      </w:tr>
    </w:tbl>
    <w:p>
      <w:pPr>
        <w:spacing w:after="40" w:before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D1DA"/>
          <w:left w:val="single" w:sz="4" w:color="C9D1DA"/>
          <w:bottom w:val="single" w:sz="4" w:color="C9D1DA"/>
          <w:right w:val="single" w:sz="4" w:color="C9D1DA"/>
          <w:insideH w:val="single" w:sz="4" w:color="C9D1DA"/>
          <w:insideV w:val="single" w:sz="4" w:color="C9D1DA"/>
        </w:tblBorders>
      </w:tblPr>
      <w:tblGrid>
        <w:gridCol w:w="2520"/>
        <w:gridCol w:w="2520"/>
        <w:gridCol w:w="2520"/>
        <w:gridCol w:w="2520"/>
      </w:tblGrid>
      <w:tr>
        <w:trPr>
          <w:trHeight w:val="380" w:hRule="atLeast"/>
          <w:trHeight w:val="380" w:hRule="atLeast"/>
        </w:trPr>
        <w:tc>
          <w:tcPr>
            <w:tcW w:type="dxa" w:w="1800"/>
            <w:shd w:val="clear" w:color="auto" w:fill="EAF2EA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2E7D32"/>
                <w:sz w:val="19"/>
              </w:rPr>
              <w:t>Your name</w:t>
            </w:r>
          </w:p>
        </w:tc>
        <w:tc>
          <w:tcPr>
            <w:tcW w:type="dxa" w:w="3240"/>
          </w:tcPr>
          <w:p>
            <w:pPr>
              <w:spacing w:after="0"/>
            </w:pPr>
          </w:p>
        </w:tc>
        <w:tc>
          <w:tcPr>
            <w:tcW w:type="dxa" w:w="1800"/>
            <w:shd w:val="clear" w:color="auto" w:fill="EAF2EA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2E7D32"/>
                <w:sz w:val="19"/>
              </w:rPr>
              <w:t>Job title / company</w:t>
            </w:r>
          </w:p>
        </w:tc>
        <w:tc>
          <w:tcPr>
            <w:tcW w:type="dxa" w:w="3240"/>
          </w:tcPr>
          <w:p>
            <w:pPr>
              <w:spacing w:after="0"/>
            </w:pPr>
          </w:p>
        </w:tc>
      </w:tr>
      <w:tr>
        <w:trPr>
          <w:trHeight w:val="380" w:hRule="atLeast"/>
          <w:trHeight w:val="380" w:hRule="atLeast"/>
        </w:trPr>
        <w:tc>
          <w:tcPr>
            <w:tcW w:type="dxa" w:w="1800"/>
            <w:shd w:val="clear" w:color="auto" w:fill="EAF2EA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2E7D32"/>
                <w:sz w:val="19"/>
              </w:rPr>
              <w:t>Street address</w:t>
            </w:r>
          </w:p>
        </w:tc>
        <w:tc>
          <w:tcPr>
            <w:tcW w:type="dxa" w:w="3240"/>
          </w:tcPr>
          <w:p>
            <w:pPr>
              <w:spacing w:after="0"/>
            </w:pPr>
          </w:p>
        </w:tc>
        <w:tc>
          <w:tcPr>
            <w:tcW w:type="dxa" w:w="1800"/>
            <w:shd w:val="clear" w:color="auto" w:fill="EAF2EA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2E7D32"/>
                <w:sz w:val="19"/>
              </w:rPr>
              <w:t>City, state, ZIP</w:t>
            </w:r>
          </w:p>
        </w:tc>
        <w:tc>
          <w:tcPr>
            <w:tcW w:type="dxa" w:w="3240"/>
          </w:tcPr>
          <w:p>
            <w:pPr>
              <w:spacing w:after="0"/>
            </w:pPr>
          </w:p>
        </w:tc>
      </w:tr>
      <w:tr>
        <w:trPr>
          <w:trHeight w:val="380" w:hRule="atLeast"/>
          <w:trHeight w:val="380" w:hRule="atLeast"/>
        </w:trPr>
        <w:tc>
          <w:tcPr>
            <w:tcW w:type="dxa" w:w="1800"/>
            <w:shd w:val="clear" w:color="auto" w:fill="EAF2EA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2E7D32"/>
                <w:sz w:val="19"/>
              </w:rPr>
              <w:t>Phone</w:t>
            </w:r>
          </w:p>
        </w:tc>
        <w:tc>
          <w:tcPr>
            <w:tcW w:type="dxa" w:w="3240"/>
          </w:tcPr>
          <w:p>
            <w:pPr>
              <w:spacing w:after="0"/>
            </w:pPr>
          </w:p>
        </w:tc>
        <w:tc>
          <w:tcPr>
            <w:tcW w:type="dxa" w:w="1800"/>
            <w:shd w:val="clear" w:color="auto" w:fill="EAF2EA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2E7D32"/>
                <w:sz w:val="19"/>
              </w:rPr>
              <w:t>Email</w:t>
            </w:r>
          </w:p>
        </w:tc>
        <w:tc>
          <w:tcPr>
            <w:tcW w:type="dxa" w:w="3240"/>
          </w:tcPr>
          <w:p>
            <w:pPr>
              <w:spacing w:after="0"/>
            </w:pPr>
          </w:p>
        </w:tc>
      </w:tr>
    </w:tbl>
    <w:p>
      <w:pPr>
        <w:spacing w:after="40" w:before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D1DA"/>
          <w:left w:val="single" w:sz="4" w:color="C9D1DA"/>
          <w:bottom w:val="single" w:sz="4" w:color="C9D1DA"/>
          <w:right w:val="single" w:sz="4" w:color="C9D1DA"/>
          <w:insideH w:val="single" w:sz="4" w:color="C9D1DA"/>
          <w:insideV w:val="single" w:sz="4" w:color="C9D1DA"/>
        </w:tblBorders>
      </w:tblPr>
      <w:tblGrid>
        <w:gridCol w:w="2520"/>
        <w:gridCol w:w="2520"/>
        <w:gridCol w:w="2520"/>
        <w:gridCol w:w="2520"/>
      </w:tblGrid>
      <w:tr>
        <w:trPr>
          <w:trHeight w:val="380" w:hRule="atLeast"/>
          <w:trHeight w:val="380" w:hRule="atLeast"/>
        </w:trPr>
        <w:tc>
          <w:tcPr>
            <w:tcW w:type="dxa" w:w="1800"/>
            <w:shd w:val="clear" w:color="auto" w:fill="EAF2EA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2E7D32"/>
                <w:sz w:val="19"/>
              </w:rPr>
              <w:t>Date</w:t>
            </w:r>
          </w:p>
        </w:tc>
        <w:tc>
          <w:tcPr>
            <w:tcW w:type="dxa" w:w="3240"/>
          </w:tcPr>
          <w:p>
            <w:pPr>
              <w:spacing w:after="0"/>
            </w:pPr>
          </w:p>
        </w:tc>
        <w:tc>
          <w:tcPr>
            <w:tcW w:type="dxa" w:w="1800"/>
            <w:shd w:val="clear" w:color="auto" w:fill="EAF2EA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2E7D32"/>
                <w:sz w:val="19"/>
              </w:rPr>
              <w:t>Recipient name</w:t>
            </w:r>
          </w:p>
        </w:tc>
        <w:tc>
          <w:tcPr>
            <w:tcW w:type="dxa" w:w="3240"/>
          </w:tcPr>
          <w:p>
            <w:pPr>
              <w:spacing w:after="0"/>
            </w:pPr>
          </w:p>
        </w:tc>
      </w:tr>
      <w:tr>
        <w:trPr>
          <w:trHeight w:val="380" w:hRule="atLeast"/>
          <w:trHeight w:val="380" w:hRule="atLeast"/>
        </w:trPr>
        <w:tc>
          <w:tcPr>
            <w:tcW w:type="dxa" w:w="1800"/>
            <w:shd w:val="clear" w:color="auto" w:fill="EAF2EA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2E7D32"/>
                <w:sz w:val="19"/>
              </w:rPr>
              <w:t>Title / company</w:t>
            </w:r>
          </w:p>
        </w:tc>
        <w:tc>
          <w:tcPr>
            <w:tcW w:type="dxa" w:w="3240"/>
          </w:tcPr>
          <w:p>
            <w:pPr>
              <w:spacing w:after="0"/>
            </w:pPr>
          </w:p>
        </w:tc>
        <w:tc>
          <w:tcPr>
            <w:tcW w:type="dxa" w:w="1800"/>
            <w:shd w:val="clear" w:color="auto" w:fill="EAF2EA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2E7D32"/>
                <w:sz w:val="19"/>
              </w:rPr>
              <w:t>Recipient address</w:t>
            </w:r>
          </w:p>
        </w:tc>
        <w:tc>
          <w:tcPr>
            <w:tcW w:type="dxa" w:w="3240"/>
          </w:tcPr>
          <w:p>
            <w:pPr>
              <w:spacing w:after="0"/>
            </w:pPr>
          </w:p>
        </w:tc>
      </w:tr>
    </w:tbl>
    <w:p>
      <w:pPr>
        <w:spacing w:after="40" w:before="0"/>
      </w:pPr>
    </w:p>
    <w:p>
      <w:pPr>
        <w:spacing w:after="80" w:before="80"/>
      </w:pPr>
      <w:r>
        <w:rPr>
          <w:rFonts w:ascii="Calibri" w:hAnsi="Calibri" w:eastAsia="Calibri"/>
          <w:b/>
          <w:i w:val="0"/>
          <w:color w:val="2E7D32"/>
          <w:sz w:val="23"/>
        </w:rPr>
        <w:t>Subject:  Recommendation for [Name]</w:t>
      </w:r>
    </w:p>
    <w:p>
      <w:pPr>
        <w:spacing w:after="120" w:before="0"/>
      </w:pPr>
      <w:r>
        <w:rPr>
          <w:rFonts w:ascii="Calibri" w:hAnsi="Calibri" w:eastAsia="Calibri"/>
          <w:b w:val="0"/>
          <w:i w:val="0"/>
          <w:sz w:val="21"/>
        </w:rPr>
        <w:t>Dear [Recipient name],</w:t>
      </w:r>
    </w:p>
    <w:p>
      <w:pPr>
        <w:spacing w:after="140" w:before="0"/>
      </w:pPr>
      <w:r>
        <w:rPr>
          <w:rFonts w:ascii="Calibri" w:hAnsi="Calibri" w:eastAsia="Calibri"/>
          <w:b w:val="0"/>
          <w:i w:val="0"/>
          <w:sz w:val="22"/>
        </w:rPr>
        <w:t>It is my pleasure to recommend [Name] for [position / program]. I supervised [him/her/them] as [title] at [company] for [number] years, from [date] to [date].</w:t>
      </w:r>
    </w:p>
    <w:p>
      <w:pPr>
        <w:spacing w:after="140" w:before="0"/>
      </w:pPr>
      <w:r>
        <w:rPr>
          <w:rFonts w:ascii="Calibri" w:hAnsi="Calibri" w:eastAsia="Calibri"/>
          <w:b w:val="0"/>
          <w:i w:val="0"/>
          <w:sz w:val="22"/>
        </w:rPr>
        <w:t>[Name] excelled in [area 1] and [area 2]. Notably, [accomplishment with numbers or outcome]. [He/She/They] also [leadership, teamwork or initiative example].</w:t>
      </w:r>
    </w:p>
    <w:p>
      <w:pPr>
        <w:spacing w:after="140" w:before="0"/>
      </w:pPr>
      <w:r>
        <w:rPr>
          <w:rFonts w:ascii="Calibri" w:hAnsi="Calibri" w:eastAsia="Calibri"/>
          <w:b w:val="0"/>
          <w:i w:val="0"/>
          <w:sz w:val="22"/>
        </w:rPr>
        <w:t>Compared with others in similar roles, [Name] is in the top [__]% for [quality]. I am confident [he/she/they] will be an asset to your organization.</w:t>
      </w:r>
    </w:p>
    <w:p>
      <w:pPr>
        <w:spacing w:after="140" w:before="0"/>
      </w:pPr>
      <w:r>
        <w:rPr>
          <w:rFonts w:ascii="Calibri" w:hAnsi="Calibri" w:eastAsia="Calibri"/>
          <w:b w:val="0"/>
          <w:i w:val="0"/>
          <w:sz w:val="22"/>
        </w:rPr>
        <w:t>Please feel free to contact me at [phone / email] for further information.</w:t>
      </w:r>
    </w:p>
    <w:p>
      <w:pPr>
        <w:spacing w:after="520" w:before="80"/>
      </w:pPr>
      <w:r>
        <w:rPr>
          <w:rFonts w:ascii="Calibri" w:hAnsi="Calibri" w:eastAsia="Calibri"/>
          <w:b w:val="0"/>
          <w:i w:val="0"/>
          <w:sz w:val="22"/>
        </w:rPr>
        <w:t>Sincerely,</w:t>
      </w:r>
    </w:p>
    <w:p>
      <w:pPr>
        <w:spacing w:after="0" w:before="0"/>
      </w:pPr>
      <w:r>
        <w:rPr>
          <w:rFonts w:ascii="Calibri" w:hAnsi="Calibri" w:eastAsia="Calibri"/>
          <w:b/>
          <w:i w:val="0"/>
          <w:sz w:val="22"/>
        </w:rPr>
        <w:t>[Your signature]</w:t>
      </w:r>
    </w:p>
    <w:p>
      <w:pPr>
        <w:spacing w:after="120" w:before="0"/>
      </w:pPr>
      <w:r>
        <w:rPr>
          <w:rFonts w:ascii="Calibri" w:hAnsi="Calibri" w:eastAsia="Calibri"/>
          <w:b w:val="0"/>
          <w:i w:val="0"/>
          <w:color w:val="555555"/>
          <w:sz w:val="21"/>
        </w:rPr>
        <w:t>[Your printed name]  |  [Title]</w:t>
      </w:r>
    </w:p>
    <w:p>
      <w:pPr>
        <w:spacing w:after="80" w:before="0"/>
      </w:pPr>
      <w:r>
        <w:rPr>
          <w:rFonts w:ascii="Calibri" w:hAnsi="Calibri" w:eastAsia="Calibri"/>
          <w:b w:val="0"/>
          <w:i/>
          <w:color w:val="555555"/>
          <w:sz w:val="19"/>
        </w:rPr>
        <w:t>Enclosures: Resume / CV</w:t>
      </w:r>
    </w:p>
    <w:sectPr w:rsidR="00FC693F" w:rsidRPr="0006063C" w:rsidSect="00034616">
      <w:footerReference w:type="default" r:id="rId9"/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color w:val="7A8794"/>
        <w:sz w:val="16"/>
      </w:rPr>
      <w:t>Free to use and edit  •  www.freesampletemplates.com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Recommendation Letter</dc:title>
  <dc:subject/>
  <dc:creator>Free 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